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זה כבוד לקבוצה ולהפסד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ומשפטים של 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שצריך לנסות שוב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עוזרים לו לקום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מותר להיות עצובים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הכבוד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קמים ומנסים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כולם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אומר שמותר להיות עצובים אחרי הפסד.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לקום ולנסות 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כולם חשובים ועוזרים אחד לשני.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מהפסד בכבוד.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(קמים ומנסים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(עוזרים לו לקום)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(מכבדים את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 מעודד, למשל: כל הכבוד, ניסית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ניסיון חוזר אחרי כישלון.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שמבטאת רגש חיובי כמו שמחה או גאווה.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לציין ביטוי כמו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ערך שיתוף הפעולה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במעגל ולתרגל בעל פה את המשפט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רגשות אמיתיים בשאלות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בתנועה (קימה ממשית) כדי להמחיש קמים ומנסים 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לומדים: קבוצה, כבוד, והפסד בכבוד בספורט.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ילדים ששחקים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לְעוֹדֵד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מילים טובות שעוזרות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מַפְסִידִים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כשלא מנצחים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כָּבוֹד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חֹסֶן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הכוח לקום אחרי שנפלנו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לְנַסּוֹת שׁוּב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להפסיק אחרי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לוֹחֲצִים 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מחווה של כבוד אחרי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כשחבר נופל?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 לו לקום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מרגישים כשמפסידים?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אכפת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להיות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לקבוצה שניצחה?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עזבו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כשטועים?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קמים ומנסים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בוכים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מאשימים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חשוב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השחקן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מי שמנצח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כשטועים, לא מנסים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יד ואומרים כל הכבוד גם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כולם __________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מפסידים __________ ולוחצים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טעות קמים ו__________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 מנצח אומרים לו: כל ה__________!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שמנסים שוב, נושמים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מפסידים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מכבדים את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לוחצים יד ואומרים כל הכבוד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נופל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קמים ומנסים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מנצחים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עוזרים לו לקום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לחבר שהפסיד במשחק?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שניסיתם שוב אחרי טעות.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איך מרגישים כשעוזרים לחבר שנפל.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כשמפסידים בכבוד?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שטועים?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כולם חשובים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– קבוצה, כבוד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